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CD53" w14:textId="4F716D29" w:rsidR="0008618B" w:rsidRPr="006613AF" w:rsidRDefault="0008618B" w:rsidP="00F053B0">
      <w:pPr>
        <w:jc w:val="center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</w:pPr>
    </w:p>
    <w:p w14:paraId="36EE4612" w14:textId="17B906EF" w:rsidR="0008618B" w:rsidRPr="006613AF" w:rsidRDefault="0008618B" w:rsidP="00F053B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</w:pPr>
      <w:r w:rsidRPr="006613AF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Aravind</w:t>
      </w:r>
      <w:r w:rsidR="00140CB7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 xml:space="preserve"> </w:t>
      </w:r>
      <w:proofErr w:type="spellStart"/>
      <w:r w:rsidR="00140CB7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Guddeti</w:t>
      </w:r>
      <w:proofErr w:type="spellEnd"/>
    </w:p>
    <w:p w14:paraId="034A8FC4" w14:textId="00D1BFCF" w:rsidR="0008618B" w:rsidRPr="006613AF" w:rsidRDefault="0008618B" w:rsidP="00F053B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</w:pPr>
      <w:r w:rsidRPr="0008618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Contact: 347-419-4981</w:t>
      </w:r>
    </w:p>
    <w:p w14:paraId="5CE76C5D" w14:textId="64B5DC1E" w:rsidR="006613AF" w:rsidRPr="0008618B" w:rsidRDefault="006613AF" w:rsidP="00F053B0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222222"/>
          <w:sz w:val="24"/>
          <w:szCs w:val="24"/>
          <w:lang w:val="en-IN" w:eastAsia="en-IN"/>
        </w:rPr>
      </w:pPr>
      <w:r w:rsidRPr="006613AF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Email:</w:t>
      </w:r>
      <w:r w:rsidRPr="006613AF">
        <w:rPr>
          <w:rFonts w:asciiTheme="majorHAnsi" w:hAnsiTheme="majorHAnsi" w:cstheme="majorHAnsi"/>
        </w:rPr>
        <w:t xml:space="preserve"> </w:t>
      </w:r>
      <w:r w:rsidR="005949EF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Ar</w:t>
      </w:r>
      <w:r w:rsidR="00C13B90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a</w:t>
      </w:r>
      <w:r w:rsidR="005949EF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vind</w:t>
      </w:r>
      <w:r w:rsidR="0028532D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guddeti</w:t>
      </w:r>
      <w:r w:rsidR="00C13B90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2</w:t>
      </w:r>
      <w:r w:rsidRPr="006613AF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@gmail.com</w:t>
      </w:r>
    </w:p>
    <w:p w14:paraId="24D4B9AA" w14:textId="229467BD" w:rsidR="002C4A5B" w:rsidRDefault="00F053B0" w:rsidP="00F053B0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222222"/>
          <w:sz w:val="24"/>
          <w:szCs w:val="24"/>
          <w:lang w:val="en-IN" w:eastAsia="en-IN"/>
        </w:rPr>
      </w:pPr>
      <w:r w:rsidRPr="0008618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lang w:val="en-IN" w:eastAsia="en-IN"/>
        </w:rPr>
        <w:t>LinkedIn</w:t>
      </w:r>
      <w:r w:rsidR="0008618B" w:rsidRPr="0008618B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  <w:u w:val="single"/>
          <w:lang w:val="en-IN" w:eastAsia="en-IN"/>
        </w:rPr>
        <w:t>:</w:t>
      </w:r>
      <w:r w:rsidR="0008618B" w:rsidRPr="0008618B">
        <w:rPr>
          <w:rFonts w:asciiTheme="majorHAnsi" w:eastAsia="Times New Roman" w:hAnsiTheme="majorHAnsi" w:cstheme="majorHAnsi"/>
          <w:color w:val="222222"/>
          <w:sz w:val="24"/>
          <w:szCs w:val="24"/>
          <w:u w:val="single"/>
          <w:lang w:val="en-IN" w:eastAsia="en-IN"/>
        </w:rPr>
        <w:t> </w:t>
      </w:r>
      <w:hyperlink r:id="rId6" w:history="1">
        <w:r w:rsidR="006613AF" w:rsidRPr="0008618B">
          <w:rPr>
            <w:rStyle w:val="Hyperlink"/>
            <w:rFonts w:asciiTheme="majorHAnsi" w:eastAsia="Times New Roman" w:hAnsiTheme="majorHAnsi" w:cstheme="majorHAnsi"/>
            <w:sz w:val="24"/>
            <w:szCs w:val="24"/>
            <w:lang w:val="en-IN" w:eastAsia="en-IN"/>
          </w:rPr>
          <w:t>www.linkedin.com/in/aravind-guddeti-524048172</w:t>
        </w:r>
      </w:hyperlink>
    </w:p>
    <w:p w14:paraId="3AB5CCA9" w14:textId="77777777" w:rsidR="006613AF" w:rsidRPr="006613AF" w:rsidRDefault="006613AF" w:rsidP="006613AF">
      <w:pPr>
        <w:spacing w:after="0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IN" w:eastAsia="en-IN"/>
        </w:rPr>
      </w:pPr>
    </w:p>
    <w:p w14:paraId="25D134B5" w14:textId="77777777" w:rsidR="002C4A5B" w:rsidRPr="0008618B" w:rsidRDefault="00000000" w:rsidP="0008618B">
      <w:pPr>
        <w:ind w:left="-113"/>
        <w:rPr>
          <w:sz w:val="24"/>
          <w:szCs w:val="24"/>
        </w:rPr>
      </w:pPr>
      <w:r w:rsidRPr="0008618B">
        <w:rPr>
          <w:b/>
          <w:sz w:val="24"/>
          <w:szCs w:val="24"/>
        </w:rPr>
        <w:t>Professional Summary:</w:t>
      </w:r>
    </w:p>
    <w:p w14:paraId="7BC979DF" w14:textId="58D07E3E" w:rsidR="002570B4" w:rsidRDefault="00F053B0" w:rsidP="00F053B0">
      <w:pPr>
        <w:pStyle w:val="ListBullet"/>
        <w:spacing w:after="0" w:line="240" w:lineRule="auto"/>
        <w:jc w:val="both"/>
      </w:pPr>
      <w:r w:rsidRPr="00415415">
        <w:rPr>
          <w:b/>
          <w:bCs/>
        </w:rPr>
        <w:t xml:space="preserve">Lead </w:t>
      </w:r>
      <w:r w:rsidR="002570B4" w:rsidRPr="00415415">
        <w:rPr>
          <w:b/>
          <w:bCs/>
        </w:rPr>
        <w:t xml:space="preserve">QA </w:t>
      </w:r>
      <w:r w:rsidRPr="00415415">
        <w:t>Tester</w:t>
      </w:r>
      <w:r>
        <w:t xml:space="preserve"> </w:t>
      </w:r>
      <w:r w:rsidR="002570B4" w:rsidRPr="002570B4">
        <w:t xml:space="preserve">with </w:t>
      </w:r>
      <w:r w:rsidR="002570B4" w:rsidRPr="00415415">
        <w:rPr>
          <w:b/>
          <w:bCs/>
        </w:rPr>
        <w:t>10+ years</w:t>
      </w:r>
      <w:r w:rsidR="002570B4" w:rsidRPr="00415415">
        <w:t xml:space="preserve"> of experience</w:t>
      </w:r>
      <w:r w:rsidR="002570B4" w:rsidRPr="002570B4">
        <w:t xml:space="preserve"> in </w:t>
      </w:r>
      <w:r w:rsidR="00FF3586">
        <w:rPr>
          <w:b/>
          <w:bCs/>
        </w:rPr>
        <w:t>A</w:t>
      </w:r>
      <w:r w:rsidR="002570B4" w:rsidRPr="00415415">
        <w:rPr>
          <w:b/>
          <w:bCs/>
        </w:rPr>
        <w:t>utomation</w:t>
      </w:r>
      <w:r w:rsidRPr="00415415">
        <w:rPr>
          <w:b/>
          <w:bCs/>
        </w:rPr>
        <w:t xml:space="preserve"> and Manual testing</w:t>
      </w:r>
      <w:r w:rsidR="002570B4" w:rsidRPr="002570B4">
        <w:t xml:space="preserve"> across Transportation</w:t>
      </w:r>
      <w:r w:rsidR="00083DD6">
        <w:t xml:space="preserve"> and</w:t>
      </w:r>
      <w:r w:rsidR="002570B4" w:rsidRPr="002570B4">
        <w:t xml:space="preserve"> </w:t>
      </w:r>
      <w:r w:rsidR="002570B4">
        <w:t xml:space="preserve">Retail </w:t>
      </w:r>
      <w:r w:rsidR="002570B4" w:rsidRPr="002570B4">
        <w:t>domains.</w:t>
      </w:r>
    </w:p>
    <w:p w14:paraId="6DDD3485" w14:textId="78B68E1C" w:rsidR="002570B4" w:rsidRDefault="002570B4" w:rsidP="00F053B0">
      <w:pPr>
        <w:pStyle w:val="ListBullet"/>
        <w:spacing w:after="0" w:line="240" w:lineRule="auto"/>
        <w:jc w:val="both"/>
      </w:pPr>
      <w:r w:rsidRPr="002570B4">
        <w:t xml:space="preserve">Strong expertise in automation frameworks using Java, </w:t>
      </w:r>
      <w:r w:rsidR="004E6811">
        <w:t xml:space="preserve">Python, </w:t>
      </w:r>
      <w:r w:rsidRPr="002570B4">
        <w:t xml:space="preserve">Selenium, </w:t>
      </w:r>
      <w:r w:rsidR="00C13B90">
        <w:t xml:space="preserve">Playwright, </w:t>
      </w:r>
      <w:r w:rsidR="008971E0" w:rsidRPr="002570B4">
        <w:t xml:space="preserve">REST Assured, </w:t>
      </w:r>
      <w:r w:rsidR="003D4A4A">
        <w:t xml:space="preserve">TestNG, </w:t>
      </w:r>
      <w:proofErr w:type="spellStart"/>
      <w:r w:rsidR="00C13B90">
        <w:t>Pytest</w:t>
      </w:r>
      <w:proofErr w:type="spellEnd"/>
      <w:r w:rsidR="00C13B90">
        <w:t xml:space="preserve">, </w:t>
      </w:r>
      <w:r w:rsidRPr="002570B4">
        <w:t>API testing, SQL validation, and Kafka event-stream validation.</w:t>
      </w:r>
    </w:p>
    <w:p w14:paraId="0369AE6F" w14:textId="7E03F8E1" w:rsidR="005F1A57" w:rsidRDefault="005F1A57" w:rsidP="00F053B0">
      <w:pPr>
        <w:pStyle w:val="ListBullet"/>
        <w:spacing w:after="0" w:line="240" w:lineRule="auto"/>
        <w:jc w:val="both"/>
      </w:pPr>
      <w:r w:rsidRPr="005F1A57">
        <w:t>Hands-on experience in functional, regression, integration, smoke, API, backend, mobile, and end-to-end testing for enterprise applications and microservices architectures.</w:t>
      </w:r>
    </w:p>
    <w:p w14:paraId="3F5B9B17" w14:textId="3BC4B48E" w:rsidR="00415415" w:rsidRPr="00415415" w:rsidRDefault="00415415" w:rsidP="00415415">
      <w:pPr>
        <w:pStyle w:val="ListBullet"/>
        <w:spacing w:after="0" w:line="240" w:lineRule="auto"/>
        <w:jc w:val="both"/>
      </w:pPr>
      <w:r w:rsidRPr="00415415">
        <w:t xml:space="preserve">Hands-on experience testing cloud-native applications on AWS, including distributed systems, event-driven architectures, API integrations, and multi-component data flow validation. </w:t>
      </w:r>
    </w:p>
    <w:p w14:paraId="51938C73" w14:textId="0FFA20D8" w:rsidR="005F1A57" w:rsidRPr="005F1A57" w:rsidRDefault="005F1A57" w:rsidP="00F053B0">
      <w:pPr>
        <w:pStyle w:val="ListBullet"/>
        <w:spacing w:after="0" w:line="240" w:lineRule="auto"/>
        <w:jc w:val="both"/>
      </w:pPr>
      <w:r w:rsidRPr="005F1A57">
        <w:t xml:space="preserve">Proficient in API testing using Postman, Swagger UI, and REST Assured with strong backend validation skills using SQL. </w:t>
      </w:r>
    </w:p>
    <w:p w14:paraId="24800087" w14:textId="733EB720" w:rsidR="005F1A57" w:rsidRPr="005F1A57" w:rsidRDefault="005F1A57" w:rsidP="00F053B0">
      <w:pPr>
        <w:pStyle w:val="ListBullet"/>
        <w:spacing w:after="0" w:line="240" w:lineRule="auto"/>
        <w:jc w:val="both"/>
      </w:pPr>
      <w:r w:rsidRPr="005F1A57">
        <w:t xml:space="preserve">Experienced in CI/CD integration using Jenkins, Maven, Git, AWS, and Kubernetes for continuous testing and cloud-based deployments. </w:t>
      </w:r>
    </w:p>
    <w:p w14:paraId="5DA11255" w14:textId="11E7746B" w:rsidR="005F1A57" w:rsidRPr="005F1A57" w:rsidRDefault="005F1A57" w:rsidP="00F053B0">
      <w:pPr>
        <w:pStyle w:val="ListBullet"/>
        <w:spacing w:after="0" w:line="240" w:lineRule="auto"/>
        <w:jc w:val="both"/>
      </w:pPr>
      <w:r w:rsidRPr="005F1A57">
        <w:t xml:space="preserve">Strong knowledge of Agile/Scrum methodologies, defect management, test strategy, RTM, stakeholder communication and offshore/onshore team coordination. </w:t>
      </w:r>
    </w:p>
    <w:p w14:paraId="0E370FDA" w14:textId="58111B5D" w:rsidR="005F1A57" w:rsidRDefault="005F1A57" w:rsidP="00F053B0">
      <w:pPr>
        <w:pStyle w:val="ListBullet"/>
        <w:spacing w:after="0" w:line="240" w:lineRule="auto"/>
        <w:jc w:val="both"/>
      </w:pPr>
      <w:r w:rsidRPr="005F1A57">
        <w:t xml:space="preserve">Proven leadership experience mentoring junior QA engineers, leading </w:t>
      </w:r>
      <w:r>
        <w:t>Scrum</w:t>
      </w:r>
      <w:r w:rsidRPr="005F1A57">
        <w:t xml:space="preserve"> team</w:t>
      </w:r>
      <w:r>
        <w:t xml:space="preserve"> QA </w:t>
      </w:r>
      <w:r w:rsidR="00F053B0">
        <w:t>activities</w:t>
      </w:r>
      <w:r w:rsidRPr="005F1A57">
        <w:t>, conducting sprint demos, and driving quality initiatives across Agile releases.</w:t>
      </w:r>
    </w:p>
    <w:p w14:paraId="608AA882" w14:textId="2DEA3D1B" w:rsidR="00A67C54" w:rsidRDefault="00A67C54" w:rsidP="00F053B0">
      <w:pPr>
        <w:pStyle w:val="ListBullet"/>
        <w:spacing w:after="0" w:line="240" w:lineRule="auto"/>
        <w:jc w:val="both"/>
      </w:pPr>
      <w:r>
        <w:t xml:space="preserve">Quick learner with a strong focus on problem solving, test optimization, and delivering </w:t>
      </w:r>
      <w:proofErr w:type="gramStart"/>
      <w:r>
        <w:t>high quality</w:t>
      </w:r>
      <w:proofErr w:type="gramEnd"/>
      <w:r>
        <w:t xml:space="preserve"> software.</w:t>
      </w:r>
    </w:p>
    <w:p w14:paraId="5805D53E" w14:textId="77777777" w:rsidR="00F053B0" w:rsidRDefault="00F053B0" w:rsidP="00F053B0">
      <w:pPr>
        <w:pStyle w:val="ListBullet"/>
        <w:numPr>
          <w:ilvl w:val="0"/>
          <w:numId w:val="0"/>
        </w:numPr>
        <w:spacing w:after="0" w:line="240" w:lineRule="auto"/>
        <w:ind w:left="360"/>
        <w:jc w:val="both"/>
      </w:pPr>
    </w:p>
    <w:p w14:paraId="72C49860" w14:textId="77777777" w:rsidR="002C4A5B" w:rsidRDefault="00000000">
      <w:r>
        <w:rPr>
          <w:b/>
        </w:rPr>
        <w:t>Technical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1"/>
        <w:gridCol w:w="5251"/>
      </w:tblGrid>
      <w:tr w:rsidR="002C4A5B" w14:paraId="05DB499F" w14:textId="77777777" w:rsidTr="001A78D8">
        <w:tc>
          <w:tcPr>
            <w:tcW w:w="5251" w:type="dxa"/>
          </w:tcPr>
          <w:p w14:paraId="7B169F1F" w14:textId="77777777" w:rsidR="002C4A5B" w:rsidRDefault="00000000">
            <w:r>
              <w:t>Category</w:t>
            </w:r>
          </w:p>
        </w:tc>
        <w:tc>
          <w:tcPr>
            <w:tcW w:w="5251" w:type="dxa"/>
          </w:tcPr>
          <w:p w14:paraId="2DE35908" w14:textId="77777777" w:rsidR="002C4A5B" w:rsidRDefault="00000000">
            <w:r>
              <w:t>Skills</w:t>
            </w:r>
          </w:p>
        </w:tc>
      </w:tr>
      <w:tr w:rsidR="002C4A5B" w14:paraId="36437B0A" w14:textId="77777777" w:rsidTr="001A78D8">
        <w:tc>
          <w:tcPr>
            <w:tcW w:w="5251" w:type="dxa"/>
          </w:tcPr>
          <w:p w14:paraId="48A417B4" w14:textId="77777777" w:rsidR="002C4A5B" w:rsidRDefault="00000000">
            <w:r>
              <w:t>Operating System</w:t>
            </w:r>
          </w:p>
        </w:tc>
        <w:tc>
          <w:tcPr>
            <w:tcW w:w="5251" w:type="dxa"/>
          </w:tcPr>
          <w:p w14:paraId="5A2E1E0B" w14:textId="77777777" w:rsidR="002C4A5B" w:rsidRDefault="00000000">
            <w:r>
              <w:t>Linux, Unix, Windows</w:t>
            </w:r>
          </w:p>
        </w:tc>
      </w:tr>
      <w:tr w:rsidR="002C4A5B" w14:paraId="29CC122A" w14:textId="77777777" w:rsidTr="001A78D8">
        <w:tc>
          <w:tcPr>
            <w:tcW w:w="5251" w:type="dxa"/>
          </w:tcPr>
          <w:p w14:paraId="55D40FD0" w14:textId="77777777" w:rsidR="002C4A5B" w:rsidRDefault="00000000">
            <w:r>
              <w:t>Environment</w:t>
            </w:r>
          </w:p>
        </w:tc>
        <w:tc>
          <w:tcPr>
            <w:tcW w:w="5251" w:type="dxa"/>
          </w:tcPr>
          <w:p w14:paraId="436F8EF4" w14:textId="77777777" w:rsidR="002C4A5B" w:rsidRDefault="00000000">
            <w:r>
              <w:t>Cloud computing, Client/Server</w:t>
            </w:r>
          </w:p>
        </w:tc>
      </w:tr>
      <w:tr w:rsidR="002C4A5B" w14:paraId="3B4445DB" w14:textId="77777777" w:rsidTr="001A78D8">
        <w:tc>
          <w:tcPr>
            <w:tcW w:w="5251" w:type="dxa"/>
          </w:tcPr>
          <w:p w14:paraId="14E1A1D6" w14:textId="77777777" w:rsidR="002C4A5B" w:rsidRDefault="00000000">
            <w:r>
              <w:t>Database</w:t>
            </w:r>
          </w:p>
        </w:tc>
        <w:tc>
          <w:tcPr>
            <w:tcW w:w="5251" w:type="dxa"/>
          </w:tcPr>
          <w:p w14:paraId="2F0A5AA5" w14:textId="4F2B28B9" w:rsidR="002C4A5B" w:rsidRDefault="00000000">
            <w:r>
              <w:t xml:space="preserve">PL/SQL, MySQL, </w:t>
            </w:r>
            <w:proofErr w:type="spellStart"/>
            <w:r>
              <w:t>CockroachDB</w:t>
            </w:r>
            <w:proofErr w:type="spellEnd"/>
          </w:p>
        </w:tc>
      </w:tr>
      <w:tr w:rsidR="004052D2" w14:paraId="520443DB" w14:textId="77777777" w:rsidTr="001A78D8">
        <w:tc>
          <w:tcPr>
            <w:tcW w:w="5251" w:type="dxa"/>
          </w:tcPr>
          <w:p w14:paraId="1A3A433E" w14:textId="510F3F46" w:rsidR="004052D2" w:rsidRDefault="004052D2">
            <w:r>
              <w:t>Internet Tools</w:t>
            </w:r>
          </w:p>
        </w:tc>
        <w:tc>
          <w:tcPr>
            <w:tcW w:w="5251" w:type="dxa"/>
          </w:tcPr>
          <w:p w14:paraId="4832701F" w14:textId="75E9DDAB" w:rsidR="004052D2" w:rsidRDefault="004052D2">
            <w:r>
              <w:t>HTML, Shell Script, Korn Shell</w:t>
            </w:r>
          </w:p>
        </w:tc>
      </w:tr>
      <w:tr w:rsidR="002C4A5B" w14:paraId="0A2D18EF" w14:textId="77777777" w:rsidTr="001A78D8">
        <w:tc>
          <w:tcPr>
            <w:tcW w:w="5251" w:type="dxa"/>
          </w:tcPr>
          <w:p w14:paraId="5EC59659" w14:textId="77777777" w:rsidR="002C4A5B" w:rsidRDefault="00000000">
            <w:r>
              <w:t>Languages</w:t>
            </w:r>
          </w:p>
        </w:tc>
        <w:tc>
          <w:tcPr>
            <w:tcW w:w="5251" w:type="dxa"/>
          </w:tcPr>
          <w:p w14:paraId="5D25B211" w14:textId="0CAA693E" w:rsidR="002C4A5B" w:rsidRDefault="00000000">
            <w:r>
              <w:t>Java</w:t>
            </w:r>
            <w:r w:rsidR="008971E0">
              <w:t xml:space="preserve">, </w:t>
            </w:r>
            <w:r>
              <w:t>J</w:t>
            </w:r>
            <w:r w:rsidR="00BB20EA">
              <w:t>ava</w:t>
            </w:r>
            <w:r>
              <w:t>S</w:t>
            </w:r>
            <w:r w:rsidR="00BB20EA">
              <w:t>cript</w:t>
            </w:r>
            <w:r>
              <w:t>, C#</w:t>
            </w:r>
            <w:r w:rsidR="00BB20EA">
              <w:t>, Python</w:t>
            </w:r>
          </w:p>
        </w:tc>
      </w:tr>
      <w:tr w:rsidR="002C4A5B" w14:paraId="2956F3CF" w14:textId="77777777" w:rsidTr="001A78D8">
        <w:tc>
          <w:tcPr>
            <w:tcW w:w="5251" w:type="dxa"/>
          </w:tcPr>
          <w:p w14:paraId="7F224BBB" w14:textId="77777777" w:rsidR="002C4A5B" w:rsidRDefault="00000000">
            <w:r>
              <w:t>Core Skills</w:t>
            </w:r>
          </w:p>
        </w:tc>
        <w:tc>
          <w:tcPr>
            <w:tcW w:w="5251" w:type="dxa"/>
          </w:tcPr>
          <w:p w14:paraId="61C04D00" w14:textId="60E482D5" w:rsidR="004052D2" w:rsidRDefault="00C13B90" w:rsidP="004052D2">
            <w:r>
              <w:t xml:space="preserve">Playwright, </w:t>
            </w:r>
            <w:r w:rsidR="00000000">
              <w:t>Selenium WebDriver</w:t>
            </w:r>
            <w:r w:rsidR="008971E0">
              <w:t xml:space="preserve">, </w:t>
            </w:r>
            <w:proofErr w:type="spellStart"/>
            <w:r>
              <w:t>Pytest</w:t>
            </w:r>
            <w:proofErr w:type="spellEnd"/>
            <w:r>
              <w:t xml:space="preserve">, </w:t>
            </w:r>
            <w:r w:rsidR="00000000">
              <w:t>TestNG, Junit, REST Assured</w:t>
            </w:r>
            <w:r w:rsidR="008971E0">
              <w:t>,</w:t>
            </w:r>
            <w:r w:rsidR="003D4A4A">
              <w:t xml:space="preserve"> </w:t>
            </w:r>
            <w:r w:rsidR="008971E0" w:rsidRPr="00F33F66">
              <w:t>Cucumber</w:t>
            </w:r>
            <w:r w:rsidR="008971E0">
              <w:t>,</w:t>
            </w:r>
            <w:r w:rsidR="00F33F66">
              <w:t xml:space="preserve"> Appium, </w:t>
            </w:r>
            <w:r w:rsidR="00000000">
              <w:t>Postman, Swagger-UI, REST API Testing</w:t>
            </w:r>
            <w:r w:rsidR="00C41014">
              <w:t>,</w:t>
            </w:r>
            <w:r w:rsidR="004052D2" w:rsidRPr="004052D2">
              <w:t xml:space="preserve"> </w:t>
            </w:r>
            <w:r w:rsidR="00692839">
              <w:t xml:space="preserve">HTTP Status codes, </w:t>
            </w:r>
            <w:r w:rsidR="004052D2" w:rsidRPr="004052D2">
              <w:t xml:space="preserve">Apache Kafka, </w:t>
            </w:r>
            <w:r w:rsidR="00692839">
              <w:t>JSON, XML</w:t>
            </w:r>
            <w:r w:rsidR="004052D2" w:rsidRPr="004052D2">
              <w:t>, Unix, Shell Scripting, Git, Jenkins</w:t>
            </w:r>
            <w:r w:rsidR="00415415">
              <w:t xml:space="preserve">, JDBC, BDD/TDD, </w:t>
            </w:r>
            <w:r w:rsidR="004052D2" w:rsidRPr="004052D2">
              <w:t>Data Validation</w:t>
            </w:r>
            <w:r w:rsidR="002570B4">
              <w:t xml:space="preserve">, ALM, </w:t>
            </w:r>
            <w:r w:rsidR="004052D2">
              <w:t>Maven, Jenkins (CI/CD), Git, GitLab, Kafka, AWS</w:t>
            </w:r>
            <w:r w:rsidR="00083DD6">
              <w:t>,</w:t>
            </w:r>
            <w:r w:rsidR="00415415">
              <w:t xml:space="preserve"> </w:t>
            </w:r>
            <w:r w:rsidR="004052D2">
              <w:t>Kubernetes, Agile/Scrum</w:t>
            </w:r>
          </w:p>
        </w:tc>
      </w:tr>
    </w:tbl>
    <w:p w14:paraId="07D41AE1" w14:textId="77777777" w:rsidR="002C4A5B" w:rsidRPr="006613AF" w:rsidRDefault="00000000" w:rsidP="006613AF">
      <w:pPr>
        <w:ind w:left="-113"/>
        <w:rPr>
          <w:b/>
          <w:sz w:val="24"/>
          <w:szCs w:val="24"/>
        </w:rPr>
      </w:pPr>
      <w:r w:rsidRPr="006613AF">
        <w:rPr>
          <w:b/>
          <w:sz w:val="24"/>
          <w:szCs w:val="24"/>
        </w:rPr>
        <w:t>Professional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08618B" w14:paraId="2DC88D46" w14:textId="77777777" w:rsidTr="0008618B">
        <w:tc>
          <w:tcPr>
            <w:tcW w:w="10728" w:type="dxa"/>
            <w:shd w:val="clear" w:color="auto" w:fill="B8CCE4" w:themeFill="accent1" w:themeFillTint="66"/>
          </w:tcPr>
          <w:p w14:paraId="2FBB3DBF" w14:textId="77777777" w:rsidR="00246037" w:rsidRDefault="0008618B" w:rsidP="0008618B">
            <w:pPr>
              <w:rPr>
                <w:b/>
                <w:bCs/>
                <w:lang w:val="en-IN"/>
              </w:rPr>
            </w:pPr>
            <w:r w:rsidRPr="0008618B">
              <w:rPr>
                <w:b/>
                <w:bCs/>
              </w:rPr>
              <w:t xml:space="preserve">Capgemini America INC                                                                                                          </w:t>
            </w:r>
            <w:r w:rsidRPr="0008618B">
              <w:rPr>
                <w:b/>
                <w:bCs/>
                <w:lang w:val="en-IN"/>
              </w:rPr>
              <w:t>Duration: Dec 2025 – Present</w:t>
            </w:r>
          </w:p>
          <w:p w14:paraId="31809B0A" w14:textId="7674D3DC" w:rsidR="0008618B" w:rsidRPr="0008618B" w:rsidRDefault="0008618B">
            <w:pPr>
              <w:rPr>
                <w:lang w:val="en-IN"/>
              </w:rPr>
            </w:pPr>
            <w:r w:rsidRPr="0008618B">
              <w:rPr>
                <w:b/>
                <w:bCs/>
              </w:rPr>
              <w:t xml:space="preserve">Role: </w:t>
            </w:r>
            <w:r w:rsidR="00D922AF">
              <w:rPr>
                <w:b/>
                <w:bCs/>
              </w:rPr>
              <w:t>QA</w:t>
            </w:r>
            <w:r w:rsidR="00E5109F">
              <w:rPr>
                <w:b/>
                <w:bCs/>
              </w:rPr>
              <w:t xml:space="preserve"> Test</w:t>
            </w:r>
            <w:r w:rsidR="00D922AF">
              <w:rPr>
                <w:b/>
                <w:bCs/>
              </w:rPr>
              <w:t xml:space="preserve"> Lead</w:t>
            </w:r>
            <w:r w:rsidR="00A67C54">
              <w:rPr>
                <w:b/>
                <w:bCs/>
              </w:rPr>
              <w:t>,</w:t>
            </w:r>
            <w:r w:rsidRPr="0008618B">
              <w:rPr>
                <w:b/>
                <w:bCs/>
              </w:rPr>
              <w:t> Melbourne, FL</w:t>
            </w:r>
          </w:p>
        </w:tc>
      </w:tr>
    </w:tbl>
    <w:p w14:paraId="097A181B" w14:textId="77777777" w:rsidR="00C13B90" w:rsidRDefault="00C13B90" w:rsidP="0008618B">
      <w:pPr>
        <w:ind w:left="-113"/>
        <w:rPr>
          <w:b/>
          <w:sz w:val="24"/>
          <w:szCs w:val="24"/>
        </w:rPr>
      </w:pPr>
    </w:p>
    <w:p w14:paraId="21DD1B96" w14:textId="543ED4E4" w:rsidR="002C4A5B" w:rsidRPr="0008618B" w:rsidRDefault="00000000" w:rsidP="0008618B">
      <w:pPr>
        <w:ind w:left="-113"/>
        <w:rPr>
          <w:sz w:val="24"/>
          <w:szCs w:val="24"/>
        </w:rPr>
      </w:pPr>
      <w:r w:rsidRPr="0008618B">
        <w:rPr>
          <w:b/>
          <w:sz w:val="24"/>
          <w:szCs w:val="24"/>
        </w:rPr>
        <w:t>Responsibilities</w:t>
      </w:r>
    </w:p>
    <w:p w14:paraId="7BB289FC" w14:textId="532D84D1" w:rsidR="00D33DF3" w:rsidRPr="002570B4" w:rsidRDefault="00D33DF3" w:rsidP="00F053B0">
      <w:pPr>
        <w:pStyle w:val="ListBullet"/>
        <w:spacing w:after="0" w:line="240" w:lineRule="auto"/>
        <w:jc w:val="both"/>
      </w:pPr>
      <w:r w:rsidRPr="002570B4">
        <w:t xml:space="preserve">Led both manual and automation testing efforts for web applications, APIs, backend services, and event-driven systems. </w:t>
      </w:r>
    </w:p>
    <w:p w14:paraId="0B647A5E" w14:textId="3C14CE85" w:rsidR="00D33DF3" w:rsidRPr="002570B4" w:rsidRDefault="00D33DF3" w:rsidP="00F053B0">
      <w:pPr>
        <w:pStyle w:val="ListBullet"/>
        <w:spacing w:after="0" w:line="240" w:lineRule="auto"/>
        <w:jc w:val="both"/>
      </w:pPr>
      <w:r w:rsidRPr="002570B4">
        <w:t xml:space="preserve">Designed and maintained scalable automation frameworks using </w:t>
      </w:r>
      <w:r w:rsidR="00C13B90">
        <w:t>Python</w:t>
      </w:r>
      <w:r w:rsidRPr="002570B4">
        <w:t xml:space="preserve">, </w:t>
      </w:r>
      <w:r w:rsidR="00C13B90">
        <w:t>Playwright</w:t>
      </w:r>
      <w:r w:rsidRPr="002570B4">
        <w:t xml:space="preserve">, </w:t>
      </w:r>
      <w:proofErr w:type="spellStart"/>
      <w:r w:rsidR="00C13B90">
        <w:t>Pytest</w:t>
      </w:r>
      <w:proofErr w:type="spellEnd"/>
      <w:r w:rsidRPr="002570B4">
        <w:t xml:space="preserve"> and Maven. </w:t>
      </w:r>
    </w:p>
    <w:p w14:paraId="28B71854" w14:textId="25A55A94" w:rsidR="00D33DF3" w:rsidRPr="002570B4" w:rsidRDefault="00D33DF3" w:rsidP="00F053B0">
      <w:pPr>
        <w:pStyle w:val="ListBullet"/>
        <w:spacing w:after="0" w:line="240" w:lineRule="auto"/>
        <w:jc w:val="both"/>
      </w:pPr>
      <w:r w:rsidRPr="002570B4">
        <w:t xml:space="preserve">Developed and maintained automated smoke, regression, integration, and end-to-end test suites for critical business workflows. </w:t>
      </w:r>
    </w:p>
    <w:p w14:paraId="026881F8" w14:textId="2CE8D69E" w:rsidR="00692839" w:rsidRDefault="00D33DF3" w:rsidP="00F053B0">
      <w:pPr>
        <w:pStyle w:val="ListBullet"/>
        <w:spacing w:after="0" w:line="240" w:lineRule="auto"/>
        <w:jc w:val="both"/>
      </w:pPr>
      <w:r w:rsidRPr="002570B4">
        <w:t>Performed extensive API testing using Postman</w:t>
      </w:r>
      <w:r w:rsidR="00C13B90">
        <w:t xml:space="preserve"> </w:t>
      </w:r>
      <w:r w:rsidRPr="002570B4">
        <w:t>and Swagger UI, validating request/response payloads, authentication, headers, and business logic.</w:t>
      </w:r>
    </w:p>
    <w:p w14:paraId="20020331" w14:textId="7AB73CF4" w:rsidR="000404DF" w:rsidRDefault="00AE425E" w:rsidP="00415415">
      <w:pPr>
        <w:pStyle w:val="ListBullet"/>
        <w:spacing w:after="0" w:line="240" w:lineRule="auto"/>
        <w:jc w:val="both"/>
      </w:pPr>
      <w:r w:rsidRPr="00415415">
        <w:lastRenderedPageBreak/>
        <w:t xml:space="preserve">Developed </w:t>
      </w:r>
      <w:r w:rsidR="00C13B90">
        <w:t xml:space="preserve">utilities for </w:t>
      </w:r>
      <w:r w:rsidRPr="00415415">
        <w:t>database validation using JDBC and SQL queries to verify backend transactions and data integrity across services.</w:t>
      </w:r>
    </w:p>
    <w:p w14:paraId="508B953D" w14:textId="326A59A8" w:rsidR="00AE425E" w:rsidRPr="000B6762" w:rsidRDefault="000B6762" w:rsidP="00415415">
      <w:pPr>
        <w:pStyle w:val="ListBullet"/>
        <w:spacing w:after="0" w:line="240" w:lineRule="auto"/>
        <w:jc w:val="both"/>
      </w:pPr>
      <w:r w:rsidRPr="000B6762">
        <w:t xml:space="preserve">Integrated automated test suites into Jenkins CI/CD pipelines to execute smoke, regression, and end-to-end tests after every code </w:t>
      </w:r>
      <w:proofErr w:type="gramStart"/>
      <w:r w:rsidRPr="000B6762">
        <w:t>commit</w:t>
      </w:r>
      <w:proofErr w:type="gramEnd"/>
      <w:r w:rsidRPr="000B6762">
        <w:t xml:space="preserve"> and deployment.</w:t>
      </w:r>
      <w:r w:rsidR="00AE425E" w:rsidRPr="000B6762">
        <w:t xml:space="preserve"> </w:t>
      </w:r>
    </w:p>
    <w:p w14:paraId="132D207E" w14:textId="42EEAFE6" w:rsidR="00D33DF3" w:rsidRPr="00415415" w:rsidRDefault="00AE425E" w:rsidP="00AE425E">
      <w:pPr>
        <w:pStyle w:val="ListBullet"/>
        <w:spacing w:after="0" w:line="240" w:lineRule="auto"/>
        <w:jc w:val="both"/>
      </w:pPr>
      <w:r w:rsidRPr="00415415">
        <w:t>Collaborated with engineering teams in Scrum environments for estimation, prioritization, sprint planning, and end-to-end delivery from development through production deployment.</w:t>
      </w:r>
      <w:r w:rsidR="00D33DF3" w:rsidRPr="00415415">
        <w:t xml:space="preserve"> </w:t>
      </w:r>
    </w:p>
    <w:p w14:paraId="2E5E04D1" w14:textId="77777777" w:rsidR="002570B4" w:rsidRDefault="00D33DF3" w:rsidP="00F053B0">
      <w:pPr>
        <w:pStyle w:val="ListBullet"/>
        <w:spacing w:after="0" w:line="240" w:lineRule="auto"/>
        <w:jc w:val="both"/>
      </w:pPr>
      <w:r w:rsidRPr="002570B4">
        <w:t>Performed Kafka validation testing by verifying event publishing, message consumption, topic processing, and downstream microservice integrations.</w:t>
      </w:r>
    </w:p>
    <w:p w14:paraId="6317FCCD" w14:textId="7CB24A54" w:rsidR="00D33DF3" w:rsidRPr="002570B4" w:rsidRDefault="002570B4" w:rsidP="00F053B0">
      <w:pPr>
        <w:pStyle w:val="ListBullet"/>
        <w:spacing w:after="0" w:line="240" w:lineRule="auto"/>
        <w:jc w:val="both"/>
      </w:pPr>
      <w:r w:rsidRPr="002570B4">
        <w:t xml:space="preserve">Strong experience using </w:t>
      </w:r>
      <w:r>
        <w:t>ALM</w:t>
      </w:r>
      <w:r w:rsidRPr="002570B4">
        <w:t xml:space="preserve"> Quality Center for test management, defect tracking, requirement traceability, and release coordination.</w:t>
      </w:r>
      <w:r w:rsidR="00D33DF3" w:rsidRPr="002570B4">
        <w:t xml:space="preserve"> </w:t>
      </w:r>
    </w:p>
    <w:p w14:paraId="2A4A3817" w14:textId="65A85EDC" w:rsidR="00D33DF3" w:rsidRPr="002570B4" w:rsidRDefault="00D33DF3" w:rsidP="00F053B0">
      <w:pPr>
        <w:pStyle w:val="ListBullet"/>
        <w:spacing w:after="0" w:line="240" w:lineRule="auto"/>
        <w:jc w:val="both"/>
      </w:pPr>
      <w:r w:rsidRPr="002570B4">
        <w:t xml:space="preserve">Validated applications deployed in AWS and Kubernetes environments, ensuring system stability and deployment readiness. </w:t>
      </w:r>
    </w:p>
    <w:p w14:paraId="2183DAD9" w14:textId="77777777" w:rsidR="002570B4" w:rsidRDefault="00B8493E" w:rsidP="00F053B0">
      <w:pPr>
        <w:pStyle w:val="ListBullet"/>
        <w:spacing w:after="0" w:line="240" w:lineRule="auto"/>
        <w:jc w:val="both"/>
      </w:pPr>
      <w:r w:rsidRPr="00B8493E">
        <w:t>Analyzed test results, debugged automation scripts, and reduced test flakiness to improve overall test stability.</w:t>
      </w:r>
    </w:p>
    <w:p w14:paraId="5A6F8C06" w14:textId="66F03E5B" w:rsidR="002570B4" w:rsidRPr="00D33DF3" w:rsidRDefault="002570B4" w:rsidP="00F053B0">
      <w:pPr>
        <w:pStyle w:val="ListBullet"/>
        <w:spacing w:after="0" w:line="240" w:lineRule="auto"/>
        <w:jc w:val="both"/>
      </w:pPr>
      <w:r w:rsidRPr="00D33DF3">
        <w:t xml:space="preserve">Conducted sprint demos to stakeholders showcasing completed features, automation progress, and QA metrics after every sprint. </w:t>
      </w:r>
    </w:p>
    <w:p w14:paraId="47028810" w14:textId="492A763E" w:rsidR="00B8493E" w:rsidRPr="00B8493E" w:rsidRDefault="002570B4" w:rsidP="00F053B0">
      <w:pPr>
        <w:pStyle w:val="ListBullet"/>
        <w:spacing w:after="0" w:line="240" w:lineRule="auto"/>
        <w:jc w:val="both"/>
      </w:pPr>
      <w:r w:rsidRPr="00D33DF3">
        <w:t>Participated in Agile ceremonies including sprint planning, backlog refinement, retrospectives, and defect triage meetings.</w:t>
      </w:r>
    </w:p>
    <w:p w14:paraId="750A575C" w14:textId="502C73CC" w:rsidR="00B8493E" w:rsidRPr="00B8493E" w:rsidRDefault="00B8493E" w:rsidP="00F053B0">
      <w:pPr>
        <w:pStyle w:val="ListBullet"/>
        <w:spacing w:after="0" w:line="240" w:lineRule="auto"/>
        <w:jc w:val="both"/>
      </w:pPr>
      <w:r w:rsidRPr="00B8493E">
        <w:t>Performed code reviews for automation scripts to enforce best practices, coding standards, and maintain high-quality test code.</w:t>
      </w:r>
    </w:p>
    <w:p w14:paraId="2C4564CA" w14:textId="0FB8A3BF" w:rsidR="00B8493E" w:rsidRPr="00B8493E" w:rsidRDefault="00B8493E" w:rsidP="00F053B0">
      <w:pPr>
        <w:pStyle w:val="ListBullet"/>
        <w:spacing w:after="0" w:line="240" w:lineRule="auto"/>
        <w:jc w:val="both"/>
      </w:pPr>
      <w:r w:rsidRPr="00B8493E">
        <w:t>Collaborated effectively with cross-functional and geographically distributed teams, ensuring seamless communication.</w:t>
      </w:r>
    </w:p>
    <w:p w14:paraId="60F3BF57" w14:textId="77777777" w:rsidR="00B8493E" w:rsidRDefault="00B8493E" w:rsidP="00B8493E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08618B" w14:paraId="137F2E89" w14:textId="77777777" w:rsidTr="0008618B">
        <w:tc>
          <w:tcPr>
            <w:tcW w:w="10728" w:type="dxa"/>
            <w:shd w:val="clear" w:color="auto" w:fill="B8CCE4" w:themeFill="accent1" w:themeFillTint="66"/>
          </w:tcPr>
          <w:p w14:paraId="28B7E091" w14:textId="0497F280" w:rsidR="0008618B" w:rsidRPr="0008618B" w:rsidRDefault="0008618B" w:rsidP="0008618B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val="en-IN" w:eastAsia="en-IN"/>
              </w:rPr>
            </w:pPr>
            <w:r w:rsidRPr="0008618B">
              <w:rPr>
                <w:b/>
                <w:bCs/>
                <w:lang w:val="en-IN" w:eastAsia="en-IN"/>
              </w:rPr>
              <w:t> WABTEC US RAIL INC                                                                                                         Duration: Apr 2021 – Dec 2025</w:t>
            </w:r>
          </w:p>
          <w:p w14:paraId="73AEC9C3" w14:textId="35D9AA46" w:rsidR="0008618B" w:rsidRPr="0008618B" w:rsidRDefault="0008618B" w:rsidP="0008618B">
            <w:pPr>
              <w:pStyle w:val="ListBullet"/>
              <w:numPr>
                <w:ilvl w:val="0"/>
                <w:numId w:val="0"/>
              </w:numPr>
              <w:rPr>
                <w:lang w:val="en-IN" w:eastAsia="en-IN"/>
              </w:rPr>
            </w:pPr>
            <w:r w:rsidRPr="0008618B">
              <w:rPr>
                <w:b/>
                <w:bCs/>
                <w:lang w:eastAsia="en-IN"/>
              </w:rPr>
              <w:t xml:space="preserve"> Role: </w:t>
            </w:r>
            <w:r w:rsidR="00177537">
              <w:rPr>
                <w:b/>
                <w:bCs/>
                <w:lang w:eastAsia="en-IN"/>
              </w:rPr>
              <w:t>SR QA</w:t>
            </w:r>
            <w:r w:rsidR="00D922AF">
              <w:rPr>
                <w:b/>
                <w:bCs/>
                <w:lang w:eastAsia="en-IN"/>
              </w:rPr>
              <w:t xml:space="preserve"> Automation</w:t>
            </w:r>
            <w:r w:rsidR="00B32F59">
              <w:rPr>
                <w:b/>
                <w:bCs/>
                <w:lang w:eastAsia="en-IN"/>
              </w:rPr>
              <w:t xml:space="preserve"> Engineer</w:t>
            </w:r>
            <w:r w:rsidR="00D922AF">
              <w:rPr>
                <w:b/>
                <w:bCs/>
                <w:lang w:eastAsia="en-IN"/>
              </w:rPr>
              <w:t>/QA Lead</w:t>
            </w:r>
            <w:r w:rsidR="003447C0">
              <w:rPr>
                <w:b/>
                <w:bCs/>
                <w:lang w:eastAsia="en-IN"/>
              </w:rPr>
              <w:t>,</w:t>
            </w:r>
            <w:r w:rsidRPr="0008618B">
              <w:rPr>
                <w:b/>
                <w:bCs/>
                <w:lang w:eastAsia="en-IN"/>
              </w:rPr>
              <w:t xml:space="preserve"> Location: Melbourne, FL</w:t>
            </w:r>
          </w:p>
        </w:tc>
      </w:tr>
    </w:tbl>
    <w:p w14:paraId="6A49CF9C" w14:textId="77777777" w:rsidR="00C13B90" w:rsidRDefault="00C13B90" w:rsidP="0008618B">
      <w:pPr>
        <w:ind w:left="-113"/>
        <w:rPr>
          <w:b/>
          <w:sz w:val="24"/>
          <w:szCs w:val="24"/>
        </w:rPr>
      </w:pPr>
    </w:p>
    <w:p w14:paraId="2DEE1D24" w14:textId="2BFB7F27" w:rsidR="002C4A5B" w:rsidRPr="006613AF" w:rsidRDefault="00000000" w:rsidP="0008618B">
      <w:pPr>
        <w:ind w:left="-113"/>
        <w:rPr>
          <w:sz w:val="24"/>
          <w:szCs w:val="24"/>
        </w:rPr>
      </w:pPr>
      <w:r w:rsidRPr="006613AF">
        <w:rPr>
          <w:b/>
          <w:sz w:val="24"/>
          <w:szCs w:val="24"/>
        </w:rPr>
        <w:t>Responsibilities</w:t>
      </w:r>
    </w:p>
    <w:p w14:paraId="564DEDD3" w14:textId="77777777" w:rsidR="0076033B" w:rsidRDefault="0076033B" w:rsidP="00F053B0">
      <w:pPr>
        <w:pStyle w:val="ListBullet"/>
        <w:spacing w:after="0" w:line="240" w:lineRule="auto"/>
        <w:jc w:val="both"/>
      </w:pPr>
      <w:r w:rsidRPr="00D33DF3">
        <w:t xml:space="preserve">Led QA activities for cloud-based transportation and logistics </w:t>
      </w:r>
      <w:proofErr w:type="gramStart"/>
      <w:r w:rsidRPr="00D33DF3">
        <w:t>application</w:t>
      </w:r>
      <w:proofErr w:type="gramEnd"/>
      <w:r w:rsidRPr="00D33DF3">
        <w:t xml:space="preserve"> involving Dispatcher activities and operational workflows.</w:t>
      </w:r>
    </w:p>
    <w:p w14:paraId="0C07BA9E" w14:textId="77777777" w:rsidR="00C13B90" w:rsidRDefault="0076033B" w:rsidP="00F053B0">
      <w:pPr>
        <w:pStyle w:val="ListBullet"/>
        <w:spacing w:after="0" w:line="240" w:lineRule="auto"/>
        <w:jc w:val="both"/>
      </w:pPr>
      <w:r w:rsidRPr="00D33DF3">
        <w:t>Managed both manual testing and automation testing across UI, API, database, and event-streaming systems.</w:t>
      </w:r>
    </w:p>
    <w:p w14:paraId="065CC48D" w14:textId="77777777" w:rsidR="00C13B90" w:rsidRDefault="00C13B90" w:rsidP="00C13B90">
      <w:pPr>
        <w:pStyle w:val="ListBullet"/>
        <w:spacing w:after="0" w:line="240" w:lineRule="auto"/>
        <w:jc w:val="both"/>
      </w:pPr>
      <w:r w:rsidRPr="00F33F66">
        <w:t xml:space="preserve">Developed BDD automation framework using </w:t>
      </w:r>
      <w:r>
        <w:t>Java</w:t>
      </w:r>
      <w:r w:rsidRPr="00F33F66">
        <w:t>, Selenium WebDriver</w:t>
      </w:r>
      <w:r>
        <w:t xml:space="preserve"> </w:t>
      </w:r>
      <w:r w:rsidRPr="00F33F66">
        <w:t>and TestNG, creating reusable feature files and step definitions.</w:t>
      </w:r>
    </w:p>
    <w:p w14:paraId="7AD48272" w14:textId="77777777" w:rsidR="00C13B90" w:rsidRDefault="00C13B90" w:rsidP="00C13B90">
      <w:pPr>
        <w:pStyle w:val="ListBullet"/>
        <w:spacing w:after="0" w:line="240" w:lineRule="auto"/>
        <w:jc w:val="both"/>
      </w:pPr>
      <w:r w:rsidRPr="00415415">
        <w:t>Automated RESTful APIs using Rest Assured, validating JSON responses and performing backend testing via Postman and Swagger UI.</w:t>
      </w:r>
    </w:p>
    <w:p w14:paraId="18307D69" w14:textId="08AAE03A" w:rsidR="0076033B" w:rsidRPr="00D33DF3" w:rsidRDefault="00C13B90" w:rsidP="00C13B90">
      <w:pPr>
        <w:pStyle w:val="ListBullet"/>
        <w:spacing w:after="0" w:line="240" w:lineRule="auto"/>
        <w:jc w:val="both"/>
      </w:pPr>
      <w:r w:rsidRPr="00415415">
        <w:t xml:space="preserve">Validated API responses using various HTTP status codes to ensure proper application behavior, error handling, and service reliability. </w:t>
      </w:r>
      <w:r w:rsidR="0076033B" w:rsidRPr="00D33DF3">
        <w:t xml:space="preserve">  </w:t>
      </w:r>
    </w:p>
    <w:p w14:paraId="1315807A" w14:textId="52FCEE14" w:rsidR="00B8493E" w:rsidRPr="00415415" w:rsidRDefault="00415415" w:rsidP="00F053B0">
      <w:pPr>
        <w:pStyle w:val="ListBullet"/>
        <w:spacing w:after="0" w:line="240" w:lineRule="auto"/>
        <w:jc w:val="both"/>
      </w:pPr>
      <w:r w:rsidRPr="00415415">
        <w:t xml:space="preserve">Designed and executed end-to-end integration testing across distributed microservices, validating communication between APIs, backend services, databases, and event-driven components. </w:t>
      </w:r>
      <w:r w:rsidR="0076033B" w:rsidRPr="00415415">
        <w:t xml:space="preserve"> </w:t>
      </w:r>
    </w:p>
    <w:p w14:paraId="502186CB" w14:textId="3ACF22C1" w:rsidR="00415415" w:rsidRPr="00415415" w:rsidRDefault="00415415" w:rsidP="00415415">
      <w:pPr>
        <w:pStyle w:val="ListBullet"/>
        <w:spacing w:after="0" w:line="240" w:lineRule="auto"/>
        <w:jc w:val="both"/>
      </w:pPr>
      <w:r w:rsidRPr="00415415">
        <w:t xml:space="preserve">Performed database validation using SQL and Java-based connectivity utilities to verify transaction flow, data transformations, and end-to-end system consistency. </w:t>
      </w:r>
    </w:p>
    <w:p w14:paraId="09767D62" w14:textId="7F06D4B1" w:rsidR="00415415" w:rsidRPr="00415415" w:rsidRDefault="00415415" w:rsidP="00415415">
      <w:pPr>
        <w:pStyle w:val="ListBullet"/>
        <w:spacing w:after="0" w:line="240" w:lineRule="auto"/>
        <w:jc w:val="both"/>
      </w:pPr>
      <w:r w:rsidRPr="00415415">
        <w:t xml:space="preserve">Validated cloud-native applications deployed on AWS and Kubernetes, ensuring scalability, resiliency, and deployment readiness across environments. </w:t>
      </w:r>
    </w:p>
    <w:p w14:paraId="7022FF48" w14:textId="77777777" w:rsidR="00C13B90" w:rsidRDefault="00415415" w:rsidP="00C13B90">
      <w:pPr>
        <w:pStyle w:val="ListBullet"/>
        <w:spacing w:after="0" w:line="240" w:lineRule="auto"/>
        <w:jc w:val="both"/>
      </w:pPr>
      <w:r w:rsidRPr="00415415">
        <w:t xml:space="preserve">Partnered with DevOps teams to integrate automation into Jenkins CI/CD pipelines, enabling automated smoke, regression, and integration test execution during deployments. </w:t>
      </w:r>
    </w:p>
    <w:p w14:paraId="0410F944" w14:textId="5DB47CC2" w:rsidR="00415415" w:rsidRPr="00415415" w:rsidRDefault="00415415" w:rsidP="00C13B90">
      <w:pPr>
        <w:pStyle w:val="ListBullet"/>
        <w:spacing w:after="0" w:line="240" w:lineRule="auto"/>
        <w:jc w:val="both"/>
      </w:pPr>
      <w:r w:rsidRPr="00415415">
        <w:t xml:space="preserve">Validated complex event-driven data pipelines by testing Kafka-based message flow across multiple services and downstream applications. </w:t>
      </w:r>
    </w:p>
    <w:p w14:paraId="06D3A313" w14:textId="77777777" w:rsidR="00D33DF3" w:rsidRDefault="00B8493E" w:rsidP="00F053B0">
      <w:pPr>
        <w:pStyle w:val="ListBullet"/>
        <w:spacing w:after="0" w:line="240" w:lineRule="auto"/>
        <w:jc w:val="both"/>
      </w:pPr>
      <w:r w:rsidRPr="00B8493E">
        <w:t>Worked closely with Product Owners and stakeholders to define test scenarios and ensure alignment with business requirements.</w:t>
      </w:r>
    </w:p>
    <w:p w14:paraId="5EC10FC9" w14:textId="18711969" w:rsidR="00B253CB" w:rsidRDefault="00B253CB" w:rsidP="00F053B0">
      <w:pPr>
        <w:pStyle w:val="ListBullet"/>
        <w:spacing w:after="0" w:line="240" w:lineRule="auto"/>
        <w:jc w:val="both"/>
      </w:pPr>
      <w:r w:rsidRPr="00B253CB">
        <w:t>Prepared weekly QA status reports, defect summaries, test closure reports, and release readiness dashboards for project stakeholders.</w:t>
      </w:r>
    </w:p>
    <w:p w14:paraId="0023C1E2" w14:textId="77777777" w:rsidR="00D33DF3" w:rsidRPr="0076033B" w:rsidRDefault="00D33DF3" w:rsidP="00F053B0">
      <w:pPr>
        <w:pStyle w:val="ListBullet"/>
        <w:spacing w:after="0" w:line="240" w:lineRule="auto"/>
        <w:jc w:val="both"/>
      </w:pPr>
      <w:r w:rsidRPr="0076033B">
        <w:t xml:space="preserve">Coordinated offshore and onsite QA activities, ensuring timely delivery and quality compliance. </w:t>
      </w:r>
    </w:p>
    <w:p w14:paraId="4A9FBC47" w14:textId="0C1C1829" w:rsidR="00B8493E" w:rsidRPr="00B8493E" w:rsidRDefault="00D33DF3" w:rsidP="00F053B0">
      <w:pPr>
        <w:pStyle w:val="ListBullet"/>
        <w:spacing w:after="0" w:line="240" w:lineRule="auto"/>
        <w:jc w:val="both"/>
      </w:pPr>
      <w:r w:rsidRPr="0076033B">
        <w:t xml:space="preserve">Mentored junior testers on automation framework usage, API testing strategies, SQL validation, and Agile QA processes. </w:t>
      </w:r>
      <w:r w:rsidR="00B8493E" w:rsidRPr="00B8493E">
        <w:t xml:space="preserve"> </w:t>
      </w:r>
    </w:p>
    <w:p w14:paraId="1BA0C961" w14:textId="77777777" w:rsidR="00C13B90" w:rsidRDefault="0076033B" w:rsidP="00F053B0">
      <w:pPr>
        <w:pStyle w:val="ListBullet"/>
        <w:spacing w:after="0" w:line="240" w:lineRule="auto"/>
        <w:jc w:val="both"/>
      </w:pPr>
      <w:r w:rsidRPr="0076033B">
        <w:t>Presented sprint demos and release readiness updates to business stakeholders and leadership teams after each sprint.</w:t>
      </w:r>
    </w:p>
    <w:p w14:paraId="7963CACE" w14:textId="77777777" w:rsidR="00B8493E" w:rsidRDefault="00B8493E" w:rsidP="00F053B0">
      <w:pPr>
        <w:pStyle w:val="ListBullet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6613AF" w14:paraId="4BEF2403" w14:textId="77777777" w:rsidTr="006613AF">
        <w:trPr>
          <w:trHeight w:val="184"/>
        </w:trPr>
        <w:tc>
          <w:tcPr>
            <w:tcW w:w="10728" w:type="dxa"/>
            <w:shd w:val="clear" w:color="auto" w:fill="B8CCE4" w:themeFill="accent1" w:themeFillTint="66"/>
          </w:tcPr>
          <w:p w14:paraId="69111D61" w14:textId="5D2B5D0F" w:rsidR="006613AF" w:rsidRDefault="006613AF" w:rsidP="006613AF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val="en-IN" w:eastAsia="en-IN"/>
              </w:rPr>
            </w:pPr>
            <w:r w:rsidRPr="006613AF">
              <w:rPr>
                <w:b/>
                <w:bCs/>
                <w:lang w:eastAsia="en-IN"/>
              </w:rPr>
              <w:lastRenderedPageBreak/>
              <w:t xml:space="preserve">QUEST GLOBAL SERVICES                                                                                                    </w:t>
            </w:r>
            <w:r w:rsidRPr="006613AF">
              <w:rPr>
                <w:b/>
                <w:bCs/>
                <w:lang w:val="en-IN" w:eastAsia="en-IN"/>
              </w:rPr>
              <w:t>Duration: Aug 2017 – Mar 2021</w:t>
            </w:r>
          </w:p>
          <w:p w14:paraId="4C9A0643" w14:textId="6E731708" w:rsidR="006613AF" w:rsidRPr="006613AF" w:rsidRDefault="006613AF" w:rsidP="006613AF">
            <w:pPr>
              <w:pStyle w:val="ListBullet"/>
              <w:numPr>
                <w:ilvl w:val="0"/>
                <w:numId w:val="0"/>
              </w:numPr>
              <w:rPr>
                <w:lang w:val="en-IN" w:eastAsia="en-IN"/>
              </w:rPr>
            </w:pPr>
            <w:r w:rsidRPr="006613AF">
              <w:rPr>
                <w:b/>
                <w:bCs/>
                <w:lang w:eastAsia="en-IN"/>
              </w:rPr>
              <w:t>Role: Software Engineer</w:t>
            </w:r>
            <w:r w:rsidR="00B32F59">
              <w:rPr>
                <w:b/>
                <w:bCs/>
                <w:lang w:eastAsia="en-IN"/>
              </w:rPr>
              <w:t xml:space="preserve">/QA </w:t>
            </w:r>
            <w:r w:rsidR="00D922AF">
              <w:rPr>
                <w:b/>
                <w:bCs/>
                <w:lang w:eastAsia="en-IN"/>
              </w:rPr>
              <w:t xml:space="preserve">Automation </w:t>
            </w:r>
            <w:r w:rsidR="00B32F59">
              <w:rPr>
                <w:b/>
                <w:bCs/>
                <w:lang w:eastAsia="en-IN"/>
              </w:rPr>
              <w:t>Engineer</w:t>
            </w:r>
            <w:r w:rsidR="003447C0">
              <w:rPr>
                <w:b/>
                <w:bCs/>
                <w:lang w:eastAsia="en-IN"/>
              </w:rPr>
              <w:t>,</w:t>
            </w:r>
            <w:r w:rsidRPr="006613AF">
              <w:rPr>
                <w:b/>
                <w:bCs/>
                <w:lang w:eastAsia="en-IN"/>
              </w:rPr>
              <w:t xml:space="preserve"> Location: Melbourne, FL</w:t>
            </w:r>
          </w:p>
        </w:tc>
      </w:tr>
    </w:tbl>
    <w:p w14:paraId="7FB60FA3" w14:textId="77777777" w:rsidR="002C4A5B" w:rsidRPr="006613AF" w:rsidRDefault="00000000" w:rsidP="006613AF">
      <w:pPr>
        <w:ind w:left="-57"/>
        <w:rPr>
          <w:sz w:val="24"/>
          <w:szCs w:val="24"/>
        </w:rPr>
      </w:pPr>
      <w:r w:rsidRPr="006613AF">
        <w:rPr>
          <w:b/>
          <w:sz w:val="24"/>
          <w:szCs w:val="24"/>
        </w:rPr>
        <w:t>Responsibilities</w:t>
      </w:r>
    </w:p>
    <w:p w14:paraId="50FDF04A" w14:textId="7B5528D6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 xml:space="preserve">Developed backend automation scripts using JavaScript and a custom-built framework to validate RESTful services. </w:t>
      </w:r>
    </w:p>
    <w:p w14:paraId="38F826F1" w14:textId="2408173B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>Performed REST API testing using</w:t>
      </w:r>
      <w:r w:rsidR="002570B4">
        <w:t xml:space="preserve"> Postman</w:t>
      </w:r>
      <w:r w:rsidRPr="003447C0">
        <w:t xml:space="preserve">, ensuring service reliability and accuracy. </w:t>
      </w:r>
    </w:p>
    <w:p w14:paraId="030BE3F9" w14:textId="77777777" w:rsidR="00B3302D" w:rsidRDefault="003447C0" w:rsidP="00F053B0">
      <w:pPr>
        <w:pStyle w:val="ListBullet"/>
        <w:spacing w:after="0" w:line="240" w:lineRule="auto"/>
        <w:jc w:val="both"/>
      </w:pPr>
      <w:r w:rsidRPr="003447C0">
        <w:t>Designed and documented REST/HTTP APIs, including JSON data formats and versioning strategies.</w:t>
      </w:r>
    </w:p>
    <w:p w14:paraId="7EBB2B03" w14:textId="210CF442" w:rsidR="005F1A57" w:rsidRPr="005F1A57" w:rsidRDefault="005F1A57" w:rsidP="00F053B0">
      <w:pPr>
        <w:pStyle w:val="ListBullet"/>
        <w:spacing w:after="0" w:line="240" w:lineRule="auto"/>
        <w:jc w:val="both"/>
      </w:pPr>
      <w:r w:rsidRPr="005F1A57">
        <w:t xml:space="preserve">Performed comprehensive UI testing to validate application functionality, navigation flows, responsiveness, usability, and user experience across web and mobile platforms. </w:t>
      </w:r>
    </w:p>
    <w:p w14:paraId="22FAC026" w14:textId="1AAB638E" w:rsidR="003447C0" w:rsidRPr="00B3302D" w:rsidRDefault="005F1A57" w:rsidP="00F053B0">
      <w:pPr>
        <w:pStyle w:val="ListBullet"/>
        <w:spacing w:after="0" w:line="240" w:lineRule="auto"/>
        <w:jc w:val="both"/>
      </w:pPr>
      <w:r w:rsidRPr="005F1A57">
        <w:t>Executed end-to-end workflow testing covering complete business processes from frontend UI through backend systems, APIs, databases, and downstream integrations.</w:t>
      </w:r>
      <w:r w:rsidR="003447C0" w:rsidRPr="00B3302D">
        <w:t xml:space="preserve"> </w:t>
      </w:r>
      <w:r w:rsidR="00B3302D">
        <w:t xml:space="preserve"> </w:t>
      </w:r>
      <w:r w:rsidR="00B3302D">
        <w:tab/>
      </w:r>
    </w:p>
    <w:p w14:paraId="08AA280E" w14:textId="0D3271EC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 xml:space="preserve">Collaborated with UI developers, backend engineers, architects, and product owners to create effective test plans and improve application quality. </w:t>
      </w:r>
    </w:p>
    <w:p w14:paraId="02FFCD84" w14:textId="63AEE766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 xml:space="preserve">Developed automated test scripts using C# and </w:t>
      </w:r>
      <w:proofErr w:type="spellStart"/>
      <w:r w:rsidRPr="003447C0">
        <w:t>Ranorex</w:t>
      </w:r>
      <w:proofErr w:type="spellEnd"/>
      <w:r w:rsidRPr="003447C0">
        <w:t xml:space="preserve">, simulating real-world user interactions. </w:t>
      </w:r>
    </w:p>
    <w:p w14:paraId="2A7BEE23" w14:textId="4675CD9B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 xml:space="preserve">Migrated critical manual test cases to automated regression suites, improving test coverage and execution efficiency. </w:t>
      </w:r>
    </w:p>
    <w:p w14:paraId="6F6B7C7F" w14:textId="03BC2346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 xml:space="preserve">Built reusable automation components in </w:t>
      </w:r>
      <w:proofErr w:type="spellStart"/>
      <w:r w:rsidRPr="003447C0">
        <w:t>Ranorex</w:t>
      </w:r>
      <w:proofErr w:type="spellEnd"/>
      <w:r w:rsidRPr="003447C0">
        <w:t xml:space="preserve"> using shared repositories to enhance maintainability. </w:t>
      </w:r>
    </w:p>
    <w:p w14:paraId="6D6443E3" w14:textId="237651AE" w:rsidR="003447C0" w:rsidRPr="003447C0" w:rsidRDefault="003447C0" w:rsidP="00F053B0">
      <w:pPr>
        <w:pStyle w:val="ListBullet"/>
        <w:spacing w:after="0" w:line="240" w:lineRule="auto"/>
        <w:jc w:val="both"/>
      </w:pPr>
      <w:r w:rsidRPr="003447C0">
        <w:t>Validated end-</w:t>
      </w:r>
      <w:proofErr w:type="gramStart"/>
      <w:r w:rsidRPr="003447C0">
        <w:t>to-</w:t>
      </w:r>
      <w:proofErr w:type="gramEnd"/>
      <w:r w:rsidRPr="003447C0">
        <w:t>end workflows by executing SQL queries and stored procedures usin</w:t>
      </w:r>
      <w:r w:rsidR="00B3302D">
        <w:t>g MongoDB</w:t>
      </w:r>
      <w:r w:rsidRPr="003447C0">
        <w:t xml:space="preserve">, ensuring data integrity.  </w:t>
      </w:r>
    </w:p>
    <w:p w14:paraId="22CDCB26" w14:textId="443A2A62" w:rsidR="002C4A5B" w:rsidRPr="003447C0" w:rsidRDefault="003447C0" w:rsidP="00F053B0">
      <w:pPr>
        <w:pStyle w:val="ListBullet"/>
        <w:spacing w:after="0" w:line="240" w:lineRule="auto"/>
        <w:jc w:val="both"/>
      </w:pPr>
      <w:r w:rsidRPr="003447C0">
        <w:t>Worked as an individual contributor, effectively collaborating with technical leads and cross-functional teams.</w:t>
      </w:r>
    </w:p>
    <w:p w14:paraId="64BF6D19" w14:textId="77777777" w:rsidR="003447C0" w:rsidRDefault="003447C0" w:rsidP="003447C0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6613AF" w14:paraId="78918225" w14:textId="77777777" w:rsidTr="006613AF">
        <w:tc>
          <w:tcPr>
            <w:tcW w:w="10728" w:type="dxa"/>
            <w:shd w:val="clear" w:color="auto" w:fill="B8CCE4" w:themeFill="accent1" w:themeFillTint="66"/>
          </w:tcPr>
          <w:p w14:paraId="0D989539" w14:textId="35FE02BF" w:rsidR="006613AF" w:rsidRDefault="00083DD6" w:rsidP="006613AF">
            <w:pPr>
              <w:pStyle w:val="ListBullet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Vegasoft</w:t>
            </w:r>
            <w:proofErr w:type="spellEnd"/>
            <w:r w:rsidR="002E52C5">
              <w:rPr>
                <w:b/>
                <w:bCs/>
              </w:rPr>
              <w:t xml:space="preserve"> Inc                    </w:t>
            </w:r>
            <w:r w:rsidR="006613AF" w:rsidRPr="006613AF">
              <w:rPr>
                <w:b/>
                <w:bCs/>
              </w:rPr>
              <w:t xml:space="preserve">                                                                                                     Duration: </w:t>
            </w:r>
            <w:r w:rsidR="007C45E5">
              <w:rPr>
                <w:b/>
                <w:bCs/>
              </w:rPr>
              <w:t>Feb</w:t>
            </w:r>
            <w:r w:rsidR="006613AF" w:rsidRPr="006613AF">
              <w:rPr>
                <w:b/>
                <w:bCs/>
              </w:rPr>
              <w:t xml:space="preserve"> 2016 – Aug 2017</w:t>
            </w:r>
          </w:p>
          <w:p w14:paraId="58E8DDCA" w14:textId="365D38FB" w:rsidR="006613AF" w:rsidRDefault="006613AF" w:rsidP="006613AF">
            <w:pPr>
              <w:pStyle w:val="ListBullet"/>
              <w:numPr>
                <w:ilvl w:val="0"/>
                <w:numId w:val="0"/>
              </w:numPr>
              <w:ind w:left="360" w:hanging="360"/>
            </w:pPr>
            <w:r w:rsidRPr="006613AF">
              <w:rPr>
                <w:b/>
                <w:bCs/>
              </w:rPr>
              <w:t>Role: Programmer Analyst</w:t>
            </w:r>
            <w:r w:rsidR="00083DD6">
              <w:rPr>
                <w:b/>
                <w:bCs/>
              </w:rPr>
              <w:t>/QA Engineer</w:t>
            </w:r>
            <w:r w:rsidR="003447C0">
              <w:rPr>
                <w:b/>
                <w:bCs/>
              </w:rPr>
              <w:t xml:space="preserve">, </w:t>
            </w:r>
            <w:r w:rsidRPr="006613AF">
              <w:rPr>
                <w:b/>
                <w:bCs/>
              </w:rPr>
              <w:t xml:space="preserve">Location: </w:t>
            </w:r>
            <w:r w:rsidR="00D64AEC">
              <w:rPr>
                <w:b/>
                <w:bCs/>
              </w:rPr>
              <w:t>Columbus, OH</w:t>
            </w:r>
          </w:p>
        </w:tc>
      </w:tr>
    </w:tbl>
    <w:p w14:paraId="18FF7BCC" w14:textId="3FD30AF2" w:rsidR="002C4A5B" w:rsidRPr="006613AF" w:rsidRDefault="00000000" w:rsidP="00F053B0">
      <w:pPr>
        <w:spacing w:after="0"/>
        <w:ind w:left="-57"/>
        <w:rPr>
          <w:sz w:val="24"/>
          <w:szCs w:val="24"/>
        </w:rPr>
      </w:pPr>
      <w:r w:rsidRPr="006613AF">
        <w:rPr>
          <w:b/>
          <w:sz w:val="24"/>
          <w:szCs w:val="24"/>
        </w:rPr>
        <w:t>Responsibilities</w:t>
      </w:r>
    </w:p>
    <w:p w14:paraId="268E9767" w14:textId="77777777" w:rsidR="008971E0" w:rsidRDefault="008B3829" w:rsidP="008B3829">
      <w:pPr>
        <w:pStyle w:val="ListBullet"/>
        <w:spacing w:after="0" w:line="240" w:lineRule="auto"/>
        <w:jc w:val="both"/>
      </w:pPr>
      <w:r w:rsidRPr="008B3829">
        <w:t>Supported QA activities for retail and e-commerce applications, validating end-to-end business workflows including product search, cart, checkout, payments, shipment tracking, returns, and customer notifications.</w:t>
      </w:r>
    </w:p>
    <w:p w14:paraId="11B2EA38" w14:textId="474E56AE" w:rsidR="008B3829" w:rsidRPr="008971E0" w:rsidRDefault="008971E0" w:rsidP="003D4A4A">
      <w:pPr>
        <w:pStyle w:val="ListBullet"/>
        <w:spacing w:after="0" w:line="240" w:lineRule="auto"/>
        <w:jc w:val="both"/>
      </w:pPr>
      <w:r w:rsidRPr="008971E0">
        <w:t xml:space="preserve">Assisted in developing and maintaining UI automation scripts using </w:t>
      </w:r>
      <w:r w:rsidR="00BB20EA">
        <w:t>Python</w:t>
      </w:r>
      <w:r w:rsidRPr="008971E0">
        <w:t xml:space="preserve">, </w:t>
      </w:r>
      <w:r w:rsidR="00BB20EA">
        <w:t>Playwright</w:t>
      </w:r>
      <w:r w:rsidRPr="008971E0">
        <w:t xml:space="preserve">, and </w:t>
      </w:r>
      <w:proofErr w:type="spellStart"/>
      <w:r w:rsidR="00BB20EA">
        <w:t>Pytest</w:t>
      </w:r>
      <w:proofErr w:type="spellEnd"/>
      <w:r w:rsidR="00BB20EA">
        <w:t xml:space="preserve"> </w:t>
      </w:r>
      <w:r w:rsidRPr="008971E0">
        <w:t>for retail web applications.</w:t>
      </w:r>
      <w:r w:rsidR="008B3829" w:rsidRPr="008971E0">
        <w:t xml:space="preserve"> </w:t>
      </w:r>
    </w:p>
    <w:p w14:paraId="17D02822" w14:textId="299BCC99" w:rsidR="008B3829" w:rsidRPr="008B3829" w:rsidRDefault="008B3829" w:rsidP="008B3829">
      <w:pPr>
        <w:pStyle w:val="ListBullet"/>
        <w:spacing w:after="0" w:line="240" w:lineRule="auto"/>
        <w:jc w:val="both"/>
      </w:pPr>
      <w:r w:rsidRPr="008B3829">
        <w:t xml:space="preserve">Performed functional and integration testing for IBM Sterling Order Management (OMS) to validate order lifecycle workflows including order capture, fulfillment routing, shipment confirmation, cancellations, and returns. </w:t>
      </w:r>
    </w:p>
    <w:p w14:paraId="1F01FFB3" w14:textId="0A301977" w:rsidR="008B3829" w:rsidRPr="008B3829" w:rsidRDefault="008B3829" w:rsidP="008B3829">
      <w:pPr>
        <w:pStyle w:val="ListBullet"/>
        <w:spacing w:after="0" w:line="240" w:lineRule="auto"/>
        <w:jc w:val="both"/>
      </w:pPr>
      <w:r w:rsidRPr="008B3829">
        <w:t xml:space="preserve">Performed API and backend testing for order status updates, shipment events, inventory updates, customer account data, and third-party retail integrations. </w:t>
      </w:r>
    </w:p>
    <w:p w14:paraId="2ABB4AFF" w14:textId="0765D4F1" w:rsidR="008B3829" w:rsidRPr="008971E0" w:rsidRDefault="008B3829" w:rsidP="003D4A4A">
      <w:pPr>
        <w:pStyle w:val="ListBullet"/>
        <w:spacing w:after="0" w:line="240" w:lineRule="auto"/>
        <w:jc w:val="both"/>
      </w:pPr>
      <w:r w:rsidRPr="008B3829">
        <w:t>Executed SQL database validation to verify order transactions, inventory records, shipment details, returns, and customer profile data across retail applications</w:t>
      </w:r>
      <w:r w:rsidR="008971E0" w:rsidRPr="008971E0">
        <w:t>.</w:t>
      </w:r>
      <w:r w:rsidRPr="008971E0">
        <w:t xml:space="preserve"> </w:t>
      </w:r>
    </w:p>
    <w:p w14:paraId="6E38F1B9" w14:textId="17CFE28C" w:rsidR="008B3829" w:rsidRPr="008B3829" w:rsidRDefault="008B3829" w:rsidP="008B3829">
      <w:pPr>
        <w:pStyle w:val="ListBullet"/>
        <w:spacing w:after="0" w:line="240" w:lineRule="auto"/>
        <w:jc w:val="both"/>
      </w:pPr>
      <w:r w:rsidRPr="008B3829">
        <w:t xml:space="preserve">Created and maintained test cases, test scenarios, test data, and defect reports for functional, regression, and end-to-end testing cycles. </w:t>
      </w:r>
    </w:p>
    <w:p w14:paraId="199E454A" w14:textId="6C5AE57B" w:rsidR="008B3829" w:rsidRPr="008B3829" w:rsidRDefault="008B3829" w:rsidP="008B3829">
      <w:pPr>
        <w:pStyle w:val="ListBullet"/>
        <w:spacing w:after="0" w:line="240" w:lineRule="auto"/>
        <w:jc w:val="both"/>
      </w:pPr>
      <w:r w:rsidRPr="008B3829">
        <w:t xml:space="preserve">Logged and tracked defects using Jira, collaborated with developers for issue resolution, and supported retesting during release cycles. </w:t>
      </w:r>
    </w:p>
    <w:p w14:paraId="67D4DDC1" w14:textId="1E10AB62" w:rsidR="008B3829" w:rsidRPr="008B3829" w:rsidRDefault="008B3829" w:rsidP="008B3829">
      <w:pPr>
        <w:pStyle w:val="ListBullet"/>
        <w:spacing w:after="0" w:line="240" w:lineRule="auto"/>
        <w:jc w:val="both"/>
      </w:pPr>
      <w:r w:rsidRPr="008B3829">
        <w:t xml:space="preserve">Assisted in automation of repeatable retail workflows by converting manual test cases into reusable regression coverage for faster validation. </w:t>
      </w:r>
    </w:p>
    <w:p w14:paraId="27DAE423" w14:textId="349DC51C" w:rsidR="008B3829" w:rsidRPr="008B3829" w:rsidRDefault="008B3829" w:rsidP="008B3829">
      <w:pPr>
        <w:pStyle w:val="ListBullet"/>
        <w:spacing w:after="0" w:line="240" w:lineRule="auto"/>
        <w:jc w:val="both"/>
      </w:pPr>
      <w:r w:rsidRPr="008B3829">
        <w:t>Collaborated with developers, QA leads, and business teams to validate order processing, fulfillment workflows, returns, refunds, and inventory management across releases.</w:t>
      </w:r>
    </w:p>
    <w:p w14:paraId="7AAF93C7" w14:textId="77777777" w:rsidR="004E11D1" w:rsidRDefault="004E11D1">
      <w:pPr>
        <w:rPr>
          <w:b/>
        </w:rPr>
      </w:pPr>
    </w:p>
    <w:p w14:paraId="4CF22029" w14:textId="26392E3D" w:rsidR="002C4A5B" w:rsidRDefault="00000000">
      <w:r>
        <w:rPr>
          <w:b/>
        </w:rPr>
        <w:t>Education</w:t>
      </w:r>
    </w:p>
    <w:p w14:paraId="7FC8A65F" w14:textId="77777777" w:rsidR="002C4A5B" w:rsidRDefault="00000000" w:rsidP="00F053B0">
      <w:pPr>
        <w:pStyle w:val="ListParagraph"/>
        <w:numPr>
          <w:ilvl w:val="0"/>
          <w:numId w:val="14"/>
        </w:numPr>
        <w:spacing w:after="0" w:line="240" w:lineRule="auto"/>
      </w:pPr>
      <w:r>
        <w:t>Master of Science in Electrical Engineering - Northwestern Polytechnic University - 2015</w:t>
      </w:r>
    </w:p>
    <w:p w14:paraId="4FA396C7" w14:textId="77777777" w:rsidR="002C4A5B" w:rsidRDefault="00000000" w:rsidP="00F053B0">
      <w:pPr>
        <w:pStyle w:val="ListParagraph"/>
        <w:numPr>
          <w:ilvl w:val="0"/>
          <w:numId w:val="14"/>
        </w:numPr>
        <w:spacing w:after="0" w:line="240" w:lineRule="auto"/>
      </w:pPr>
      <w:r>
        <w:t>Bachelor of Technology – Electronics and Communication Engineering - JNTU - 2013</w:t>
      </w:r>
    </w:p>
    <w:sectPr w:rsidR="002C4A5B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9487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525628"/>
    <w:multiLevelType w:val="hybridMultilevel"/>
    <w:tmpl w:val="ECA2C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B223E"/>
    <w:multiLevelType w:val="hybridMultilevel"/>
    <w:tmpl w:val="4C3E56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614908">
    <w:abstractNumId w:val="8"/>
  </w:num>
  <w:num w:numId="2" w16cid:durableId="366684411">
    <w:abstractNumId w:val="6"/>
  </w:num>
  <w:num w:numId="3" w16cid:durableId="507528441">
    <w:abstractNumId w:val="5"/>
  </w:num>
  <w:num w:numId="4" w16cid:durableId="1028678476">
    <w:abstractNumId w:val="4"/>
  </w:num>
  <w:num w:numId="5" w16cid:durableId="876311932">
    <w:abstractNumId w:val="7"/>
  </w:num>
  <w:num w:numId="6" w16cid:durableId="879362714">
    <w:abstractNumId w:val="3"/>
  </w:num>
  <w:num w:numId="7" w16cid:durableId="1244342163">
    <w:abstractNumId w:val="2"/>
  </w:num>
  <w:num w:numId="8" w16cid:durableId="896360923">
    <w:abstractNumId w:val="1"/>
  </w:num>
  <w:num w:numId="9" w16cid:durableId="603339840">
    <w:abstractNumId w:val="0"/>
  </w:num>
  <w:num w:numId="10" w16cid:durableId="218975318">
    <w:abstractNumId w:val="10"/>
  </w:num>
  <w:num w:numId="11" w16cid:durableId="299382689">
    <w:abstractNumId w:val="8"/>
  </w:num>
  <w:num w:numId="12" w16cid:durableId="1252658878">
    <w:abstractNumId w:val="8"/>
  </w:num>
  <w:num w:numId="13" w16cid:durableId="1450778207">
    <w:abstractNumId w:val="8"/>
  </w:num>
  <w:num w:numId="14" w16cid:durableId="1079403567">
    <w:abstractNumId w:val="9"/>
  </w:num>
  <w:num w:numId="15" w16cid:durableId="1244754432">
    <w:abstractNumId w:val="8"/>
  </w:num>
  <w:num w:numId="16" w16cid:durableId="1266571652">
    <w:abstractNumId w:val="8"/>
  </w:num>
  <w:num w:numId="17" w16cid:durableId="1431004597">
    <w:abstractNumId w:val="8"/>
  </w:num>
  <w:num w:numId="18" w16cid:durableId="173038907">
    <w:abstractNumId w:val="8"/>
  </w:num>
  <w:num w:numId="19" w16cid:durableId="800152771">
    <w:abstractNumId w:val="8"/>
  </w:num>
  <w:num w:numId="20" w16cid:durableId="1184251405">
    <w:abstractNumId w:val="8"/>
  </w:num>
  <w:num w:numId="21" w16cid:durableId="3493734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403"/>
    <w:rsid w:val="00034616"/>
    <w:rsid w:val="000404DF"/>
    <w:rsid w:val="0006063C"/>
    <w:rsid w:val="00061E1A"/>
    <w:rsid w:val="00083DD6"/>
    <w:rsid w:val="0008618B"/>
    <w:rsid w:val="000B5A4D"/>
    <w:rsid w:val="000B6762"/>
    <w:rsid w:val="00113696"/>
    <w:rsid w:val="00136EAB"/>
    <w:rsid w:val="00140CB7"/>
    <w:rsid w:val="0015074B"/>
    <w:rsid w:val="00177537"/>
    <w:rsid w:val="00182EB9"/>
    <w:rsid w:val="001A78D8"/>
    <w:rsid w:val="00246037"/>
    <w:rsid w:val="002468EA"/>
    <w:rsid w:val="002570B4"/>
    <w:rsid w:val="0028532D"/>
    <w:rsid w:val="0029639D"/>
    <w:rsid w:val="002A05BE"/>
    <w:rsid w:val="002A442B"/>
    <w:rsid w:val="002B2EBB"/>
    <w:rsid w:val="002C4A5B"/>
    <w:rsid w:val="002D5C52"/>
    <w:rsid w:val="002E52C5"/>
    <w:rsid w:val="00301609"/>
    <w:rsid w:val="00326F90"/>
    <w:rsid w:val="00341B25"/>
    <w:rsid w:val="003447C0"/>
    <w:rsid w:val="00390D43"/>
    <w:rsid w:val="003B22E4"/>
    <w:rsid w:val="003D4A4A"/>
    <w:rsid w:val="004052D2"/>
    <w:rsid w:val="00415415"/>
    <w:rsid w:val="004179BD"/>
    <w:rsid w:val="00444FB9"/>
    <w:rsid w:val="00471B79"/>
    <w:rsid w:val="004E11D1"/>
    <w:rsid w:val="004E6811"/>
    <w:rsid w:val="00523A43"/>
    <w:rsid w:val="00583868"/>
    <w:rsid w:val="005949EF"/>
    <w:rsid w:val="005D14C3"/>
    <w:rsid w:val="005E70EF"/>
    <w:rsid w:val="005F1A57"/>
    <w:rsid w:val="006613AF"/>
    <w:rsid w:val="00692839"/>
    <w:rsid w:val="00693ABC"/>
    <w:rsid w:val="006B6E30"/>
    <w:rsid w:val="006C771A"/>
    <w:rsid w:val="006D3F98"/>
    <w:rsid w:val="00700CF7"/>
    <w:rsid w:val="00747CCE"/>
    <w:rsid w:val="0076033B"/>
    <w:rsid w:val="007C45E5"/>
    <w:rsid w:val="007E0E2D"/>
    <w:rsid w:val="00810BB2"/>
    <w:rsid w:val="00891418"/>
    <w:rsid w:val="008971E0"/>
    <w:rsid w:val="008B3829"/>
    <w:rsid w:val="008E746C"/>
    <w:rsid w:val="0093183E"/>
    <w:rsid w:val="0094329E"/>
    <w:rsid w:val="009449A5"/>
    <w:rsid w:val="0096307D"/>
    <w:rsid w:val="00973FA9"/>
    <w:rsid w:val="009D2431"/>
    <w:rsid w:val="009D5DAF"/>
    <w:rsid w:val="00A0106F"/>
    <w:rsid w:val="00A67C54"/>
    <w:rsid w:val="00AA1D8D"/>
    <w:rsid w:val="00AE425E"/>
    <w:rsid w:val="00B253CB"/>
    <w:rsid w:val="00B32F59"/>
    <w:rsid w:val="00B3302D"/>
    <w:rsid w:val="00B36EE5"/>
    <w:rsid w:val="00B47730"/>
    <w:rsid w:val="00B8493E"/>
    <w:rsid w:val="00BA7B3F"/>
    <w:rsid w:val="00BB20EA"/>
    <w:rsid w:val="00C13B90"/>
    <w:rsid w:val="00C307A0"/>
    <w:rsid w:val="00C41014"/>
    <w:rsid w:val="00C4753A"/>
    <w:rsid w:val="00C51CE9"/>
    <w:rsid w:val="00C6510E"/>
    <w:rsid w:val="00C91712"/>
    <w:rsid w:val="00CB0664"/>
    <w:rsid w:val="00CB273A"/>
    <w:rsid w:val="00CC4A77"/>
    <w:rsid w:val="00CE1E52"/>
    <w:rsid w:val="00D011DE"/>
    <w:rsid w:val="00D33DF3"/>
    <w:rsid w:val="00D64AEC"/>
    <w:rsid w:val="00D922AF"/>
    <w:rsid w:val="00DB32F9"/>
    <w:rsid w:val="00DE6604"/>
    <w:rsid w:val="00E5109F"/>
    <w:rsid w:val="00F0415D"/>
    <w:rsid w:val="00F053B0"/>
    <w:rsid w:val="00F33F66"/>
    <w:rsid w:val="00F82897"/>
    <w:rsid w:val="00FC693F"/>
    <w:rsid w:val="00FE0EAD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FA181"/>
  <w14:defaultImageDpi w14:val="300"/>
  <w15:docId w15:val="{13401827-DE7F-4909-AEEA-F0F26FBD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613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3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aravind-guddeti-5240481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MounikaReddy Gaddam</cp:lastModifiedBy>
  <cp:revision>2</cp:revision>
  <dcterms:created xsi:type="dcterms:W3CDTF">2026-08-26T14:54:00Z</dcterms:created>
  <dcterms:modified xsi:type="dcterms:W3CDTF">2026-08-26T14:54:00Z</dcterms:modified>
  <cp:category/>
</cp:coreProperties>
</file>